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01940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atlanközvetítői szerződés JK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01940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