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gtekintési Adatl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