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6913122" cy="9770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ételi ajánlat elfogadás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13122" cy="97701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